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איקס עיגול עם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 משחק איקס עיגול עם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מכינים רשימת שאלות ותשובות מתאימה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ניצחון בלוח איקס 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המשחק יגריל שאלות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קבוצת האיקס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ליצור שורה של שלושה סימנים 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הקבוצות אינם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הפורמט הוא שאלה־תשובה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מסך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יותר והמשחק יגריל מתוכן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הרעיון המרכזי של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הגרלה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מסך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(הסימן של הקבוצה שמתחילה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(הסימן של הקבוצה השנייה)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(בחירה אקראית של שאלה מהרשימה)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המשחק בגודל גדול על המסך)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(שלוש משבצות ברצף עם אותו סימן)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ליצירת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כותרת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ותשובות בפורמט שאלה-תשובה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שמות לקבוצות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יצירה כדי להפעיל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לשתף את הקישור עם התלמידים כדי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פורמט נכון של שאלה ואחריה תשובה, מגוון רמות קושי, תשובות ברורות וקצרות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לענות נכון על שאלות כדי לסמן משבצות וליצור שורה של שלושה סימנים זהים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תשע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המשחק מגריל שאלות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יוצרים שורה של שלושה סימנים זהים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יחד עם התלמידים רשימת שאלות אמיתית לפני המשחק כתרגול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סבב משחק קצר בכיתה כדי להבהיר את חוקי התור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לשתי קבוצות גדולות ולתרגל שיתוף פעולה בעת מתן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איקס עיגול עם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פועל משחק איקס עיגול שבו כל קבוצה צריכה לענות נכון על שאלה כדי לסמן משבצת בלוח, ומנצחת מי שיוצרת שורה של שלושה סימנים זהים.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לפחות צריך להכין כדי שהמשחק יעבוד כראוי?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אם מכינים יותר מתשע 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לא יעבוד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המשחק יגריל שאלות מהרשימה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השאלות יופיעו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למחוק חלק מהן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קבוצה משחקת ראשונה לפי הסימון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העיגול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הקבוצות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האיקס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משבצות יש בלוח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הקלאסית במשחק איקס עיגול?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לכסות את כל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שורה של שלושה סימנים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על הכי הרבה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את הסימנים של היריב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את המשחק גם בלי לתת שמות לקבוצות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בטופס הכנת השאלות כותבים גם שאלה וגם 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מאפשר להציג אותו במסך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להכין בדיוק תשע שאלות ולא ניתן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לסמן משבצת בלוח צריך קודם לענות נכון על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שורה בטופס כותבים __________ ואחריה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 המשחק מורכב מתשע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קבוצת ה__________ מתחילה במשחק לפי הסימון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יש יותר מתשע שאלות, המשחק עורך __________ ובוחר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להציג את המשחק ב__________ כדי שכולם יראו היטב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המשחק בגודל גדול על המסך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הסימן של הקבוצה שמתחילה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הגרלה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הסימן של הקבוצה השנייה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מסך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 משבצות ברצף עם אותו סימן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שורה מנצחת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בחירה אקראית של שאלה מהרשימה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ליצירת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שאלות ותשובות בפורמט שאלה-תשובה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יצירה כדי להפעיל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למשחק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לשתף את הקישור עם התלמידים כדי לשחק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שמות לקבוצות אם רוצים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תשע שאלות ותשובות קצרות בנושא שלמדתם לאחרונה, בפורמט שאלה-תשובה, כך שיתאימו למשחק איקס עיגול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איך קבוצה מנצחת במשחק איקס עיגול עם 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שאלות לפחות צריך להכין למשחק?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כשיש יותר מתשע שאלות ברשימה?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קבוצה מנצחת בלוח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איקס עיגול עם 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