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 איקס עיגול עם שאלות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בנוי משחק איקס עיגול עם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איך מכינים רשימת שאלות ותשובות מתאימה למשחק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ניצחון בלוח איקס עיגול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המשחק יגריל שאלות מהרשימה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קבוצת האיקס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ליצור שורה של שלושה סימנים זהים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שמות הקבוצות אינם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הפורמט הוא שאלה־תשובה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כפתור מסך 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יותר והמשחק יגריל מתוכן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הרעיון המרכזי של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משבצות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הגרלה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מסך מלא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(הסימן של הקבוצה שמתחילה 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(הסימן של הקבוצה השנייה)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(בחירה אקראית של שאלה מהרשימה)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(הצגת המשחק בגודל גדול על המסך)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(שלוש משבצות ברצף עם אותו סימן)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ליצירת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לכתוב כותרת למשחק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רשימת שאלות ותשובות בפורמט שאלה-תשובה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לבחור שמות לקבוצות אם 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ללחוץ על יצירה כדי להפעיל את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לשתף את הקישור עם התלמידים כדי לשחק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פורמט נכון של שאלה ואחריה תשובה, מגוון רמות קושי, תשובות ברורות וקצרות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לענות נכון על שאלות כדי לסמן משבצות וליצור שורה של שלושה סימנים זהים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לפחות תשע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המשחק מגריל שאלות מתוך 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יוצרים שורה של שלושה סימנים זהים ברצף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להכין יחד עם התלמידים רשימת שאלות אמיתית לפני המשחק כתרגול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סבב משחק קצר בכיתה כדי להבהיר את חוקי התור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לשתי קבוצות גדולות ולתרגל שיתוף פעולה בעת מתן תשובות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 איקס עיגול עם שאלות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משחק איקס עיגול עם שאלות. כל קבוצה עונה על שאלה כדי לסמן משבצת בלוח.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איקס עיגול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לוח שבו מסמנים X או O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שורה מנצחת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משבצות ברצף עם אותו סימן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קבוצת איקס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הקבוצה שמשחקת עם הסימן X ומתחילה ראשונה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קבוצת עיגול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הקבוצה שמשחקת עם הסימן O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הגרלה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בחירה אקראית של שאלה מתוך הרשימה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מסך מלא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המשחק בגודל גדול על כל המסך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הזמן שבו קבוצה אחת עונה ומסמנת משבצת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שאלות צריך לפחות?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כשיש יותר שאלות מהנדרש?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המשחק לא יעבוד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המשחק יגריל שאלות מהרשימה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השאלות יופיעו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צריך למחוק חלק מהן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מתחיל לשחק?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קבוצת העיגול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הקבוצות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קבוצת האיקס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תלוי בהגרלה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משבצות בלוח?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מנצחים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לכסות את כל הלוח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ליצור שורה של שלושה סימנים זהים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לענות על הכי הרבה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למחוק את הסימנים של היריב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לשחק את המשחק גם בלי לתת שמות לקבוצות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שורה בטופס הכנת השאלות כותבים גם שאלה וגם תשובה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מאפשר להציג אותו במסך מלא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חובה להכין בדיוק תשע שאלות ולא ניתן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לסמן משבצת בלוח צריך קודם לענות נכון על 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שורה בטופס כותבים __________ ואחריה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לוח המשחק מורכב מתשע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קבוצת ה__________ מתחילה במשחק לפי הסימון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יש יותר מתשע שאלות, המשחק עורך __________ ובוחר מהן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אפשר להציג את המשחק ב__________ כדי שכולם יראו היטב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הצגת המשחק בגודל גדול על המסך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עיגול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שלוש משבצות ברצף עם אותו סימן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הגרלה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הסימן של הקבוצה השנייה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מסך מלא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הסימן של הקבוצה שמתחילה 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שורה מנצחת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בחירה אקראית של שאלה מהרשימה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ליצירת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לשתף את הקישור עם התלמידים כדי לשחק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ללחוץ על יצירה כדי להפעיל את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כותרת למשחק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שמות לקבוצות אם רוצים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רשימת שאלות ותשובות בפורמט שאלה-תשובה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תשע שאלות ותשובות קצרות בנושא שלמדתם לאחרונה, בפורמט שאלה-תשובה, כך שיתאימו למשחק איקס עיגול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איך קבוצה מנצחת במשחק איקס עיגול עם שאלות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שאלות לפחות צריך להכין למשחק?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כשיש יותר מתשע שאלות ברשימה?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קבוצה מנצחת בלוח המשחק?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 איקס עיגול עם שאלות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