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איקס עיגול עם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בנוי משחק איקס עיגול עם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מכינים רשימת שאלות ותשובות מתאימה למשחק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ניצחון בלוח איקס 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המשחק יגריל שאלות מהרשימה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שמות הקבוצות אינם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הפורמט הוא שאלה־תשובה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(הסימן של הקבוצה שמתחילה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(הסימן של הקבוצה השנייה)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(הצגת המשחק בגודל גדול על המסך)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ליצירת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כותרת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שאלות ותשובות בפורמט שאלה-תשובה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שמות לקבוצות אם רוצים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לענות נכון על שאלות כדי לסמן משבצות וליצור שורה של שלושה סימנים זהים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תשע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המשחק מגריל שאלות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יוצרים שורה של שלושה סימנים זהים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יחד עם התלמידים רשימת שאלות אמיתית לפני המשחק כתרגול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סבב משחק קצר בכיתה כדי להבהיר את חוקי התור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לשתי קבוצות גדולות ולתרגל שיתוף פעולה בעת מתן 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איקס עיגול עם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לומדים איך פועל משחק איקס עיגול שבו כל קבוצה צריכה לענות נכון על שאלה כדי לסמן משבצת בלוח, ומנצחת מי שיוצרת שורה של שלושה סימנים זהים.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משבצות  ·  שאלה  ·  איקס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שאלות לפחות צריך להכין כדי שהמשחק יעבוד כראוי?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אם מכינים יותר מתשע 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המשחק לא יעבוד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המשחק יגריל שאלות מהרשימה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השאלות יופיעו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לשחק את המשחק גם בלי לתת שמות לקבוצות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שורה בטופס הכנת השאלות כותבים גם שאלה וגם 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שורה בטופס כותבים __________ ואחריה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לוח המשחק מורכב מתשע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קבוצת ה__________ מתחילה במשחק לפי הסימון בדף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הצגת המשחק בגודל גדול על המסך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הסימן של הקבוצה שמתחילה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מסך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הסימן של הקבוצה השנייה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ליצירת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רשימת שאלות ותשובות בפורמט שאלה-תשובה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שמות לקבוצות אם רוצים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כותרת למשחק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איך קבוצה מנצחת במשחק איקס עיגול עם שאלות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שאלות לפחות צריך להכין למשחק?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כשיש יותר מתשע שאלות ברשימה?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איקס עיגול עם 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